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22831" w14:textId="77777777" w:rsidR="00FD0BC4" w:rsidRDefault="00000000">
      <w:pPr>
        <w:jc w:val="center"/>
      </w:pPr>
      <w:r>
        <w:rPr>
          <w:b/>
          <w:sz w:val="24"/>
        </w:rPr>
        <w:t>ROD „Jaroszówka” w Białymstoku</w:t>
      </w:r>
    </w:p>
    <w:p w14:paraId="113C9394" w14:textId="77777777" w:rsidR="00FD0BC4" w:rsidRDefault="00000000">
      <w:pPr>
        <w:jc w:val="right"/>
      </w:pPr>
      <w:r>
        <w:rPr>
          <w:sz w:val="20"/>
        </w:rPr>
        <w:t>Białystok, dnia ........................................ r.</w:t>
      </w:r>
    </w:p>
    <w:p w14:paraId="5BF65BF2" w14:textId="77777777" w:rsidR="00FD0BC4" w:rsidRDefault="00000000">
      <w:pPr>
        <w:jc w:val="center"/>
      </w:pPr>
      <w:r>
        <w:rPr>
          <w:b/>
          <w:sz w:val="28"/>
        </w:rPr>
        <w:t>OŚWIADCZENIE DZIAŁKOWCA</w:t>
      </w:r>
    </w:p>
    <w:p w14:paraId="1532422F" w14:textId="77777777" w:rsidR="00FD0BC4" w:rsidRDefault="00000000">
      <w:pPr>
        <w:jc w:val="center"/>
      </w:pPr>
      <w:r>
        <w:rPr>
          <w:b/>
          <w:sz w:val="22"/>
        </w:rPr>
        <w:t>w sprawie wskazania osoby bliskiej na wypadek śmierci działkowca</w:t>
      </w:r>
    </w:p>
    <w:p w14:paraId="4421D4CC" w14:textId="77777777" w:rsidR="00FD0BC4" w:rsidRDefault="00000000">
      <w:pPr>
        <w:spacing w:before="160"/>
      </w:pPr>
      <w:r>
        <w:rPr>
          <w:b/>
        </w:rPr>
        <w:t xml:space="preserve">Adresat: </w:t>
      </w:r>
      <w:r>
        <w:t>Zarząd Rodzinnego Ogrodu Działkowego „Jaroszówka” w Białymstoku</w:t>
      </w:r>
    </w:p>
    <w:p w14:paraId="60ED7A23" w14:textId="77777777" w:rsidR="00FD0BC4" w:rsidRDefault="00000000">
      <w:pPr>
        <w:spacing w:before="160"/>
      </w:pPr>
      <w:r>
        <w:rPr>
          <w:b/>
          <w:sz w:val="22"/>
        </w:rPr>
        <w:t>I. Dane działkowca składającego oświadczenie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532"/>
        <w:gridCol w:w="6884"/>
      </w:tblGrid>
      <w:tr w:rsidR="00FD0BC4" w14:paraId="2419DEED" w14:textId="77777777">
        <w:trPr>
          <w:jc w:val="center"/>
        </w:trPr>
        <w:tc>
          <w:tcPr>
            <w:tcW w:w="5100" w:type="dxa"/>
            <w:shd w:val="clear" w:color="auto" w:fill="F2F2F2"/>
            <w:vAlign w:val="center"/>
          </w:tcPr>
          <w:p w14:paraId="11737D5D" w14:textId="77777777" w:rsidR="00FD0BC4" w:rsidRDefault="00000000">
            <w:pPr>
              <w:spacing w:after="0"/>
            </w:pPr>
            <w:r>
              <w:rPr>
                <w:b/>
                <w:sz w:val="20"/>
              </w:rPr>
              <w:t>Imię i nazwisko działkowca</w:t>
            </w:r>
          </w:p>
        </w:tc>
        <w:tc>
          <w:tcPr>
            <w:tcW w:w="5100" w:type="dxa"/>
            <w:vAlign w:val="center"/>
          </w:tcPr>
          <w:p w14:paraId="169D1ACD" w14:textId="77777777" w:rsidR="00FD0BC4" w:rsidRPr="00271EC6" w:rsidRDefault="00000000">
            <w:pPr>
              <w:spacing w:after="0"/>
              <w:rPr>
                <w:color w:val="D9D9D9" w:themeColor="background1" w:themeShade="D9"/>
              </w:rPr>
            </w:pPr>
            <w:r w:rsidRPr="00271EC6">
              <w:rPr>
                <w:color w:val="D9D9D9" w:themeColor="background1" w:themeShade="D9"/>
                <w:sz w:val="20"/>
              </w:rPr>
              <w:t>........................................................................................................................</w:t>
            </w:r>
          </w:p>
        </w:tc>
      </w:tr>
      <w:tr w:rsidR="00FD0BC4" w14:paraId="3E3D7BFC" w14:textId="77777777">
        <w:trPr>
          <w:jc w:val="center"/>
        </w:trPr>
        <w:tc>
          <w:tcPr>
            <w:tcW w:w="5100" w:type="dxa"/>
            <w:shd w:val="clear" w:color="auto" w:fill="F2F2F2"/>
            <w:vAlign w:val="center"/>
          </w:tcPr>
          <w:p w14:paraId="0F89E345" w14:textId="77777777" w:rsidR="00FD0BC4" w:rsidRDefault="00000000">
            <w:pPr>
              <w:spacing w:after="0"/>
            </w:pPr>
            <w:r>
              <w:rPr>
                <w:b/>
                <w:sz w:val="20"/>
              </w:rPr>
              <w:t>Adres zamieszkania</w:t>
            </w:r>
          </w:p>
        </w:tc>
        <w:tc>
          <w:tcPr>
            <w:tcW w:w="5100" w:type="dxa"/>
            <w:vAlign w:val="center"/>
          </w:tcPr>
          <w:p w14:paraId="37E0983F" w14:textId="77777777" w:rsidR="00FD0BC4" w:rsidRPr="00271EC6" w:rsidRDefault="00000000">
            <w:pPr>
              <w:spacing w:after="0"/>
              <w:rPr>
                <w:color w:val="D9D9D9" w:themeColor="background1" w:themeShade="D9"/>
              </w:rPr>
            </w:pPr>
            <w:r w:rsidRPr="00271EC6">
              <w:rPr>
                <w:color w:val="D9D9D9" w:themeColor="background1" w:themeShade="D9"/>
                <w:sz w:val="20"/>
              </w:rPr>
              <w:t>........................................................................................................................</w:t>
            </w:r>
          </w:p>
        </w:tc>
      </w:tr>
      <w:tr w:rsidR="00FD0BC4" w14:paraId="69FBE6FB" w14:textId="77777777">
        <w:trPr>
          <w:jc w:val="center"/>
        </w:trPr>
        <w:tc>
          <w:tcPr>
            <w:tcW w:w="5100" w:type="dxa"/>
            <w:shd w:val="clear" w:color="auto" w:fill="F2F2F2"/>
            <w:vAlign w:val="center"/>
          </w:tcPr>
          <w:p w14:paraId="57CA36E1" w14:textId="77777777" w:rsidR="00FD0BC4" w:rsidRDefault="00000000">
            <w:pPr>
              <w:spacing w:after="0"/>
            </w:pPr>
            <w:r>
              <w:rPr>
                <w:b/>
                <w:sz w:val="20"/>
              </w:rPr>
              <w:t>Numer telefonu / e-mail</w:t>
            </w:r>
          </w:p>
        </w:tc>
        <w:tc>
          <w:tcPr>
            <w:tcW w:w="5100" w:type="dxa"/>
            <w:vAlign w:val="center"/>
          </w:tcPr>
          <w:p w14:paraId="03A848C2" w14:textId="77777777" w:rsidR="00FD0BC4" w:rsidRPr="00271EC6" w:rsidRDefault="00000000">
            <w:pPr>
              <w:spacing w:after="0"/>
              <w:rPr>
                <w:color w:val="D9D9D9" w:themeColor="background1" w:themeShade="D9"/>
              </w:rPr>
            </w:pPr>
            <w:r w:rsidRPr="00271EC6">
              <w:rPr>
                <w:color w:val="D9D9D9" w:themeColor="background1" w:themeShade="D9"/>
                <w:sz w:val="20"/>
              </w:rPr>
              <w:t>........................................................................................................................</w:t>
            </w:r>
          </w:p>
        </w:tc>
      </w:tr>
      <w:tr w:rsidR="00FD0BC4" w14:paraId="17625E83" w14:textId="77777777">
        <w:trPr>
          <w:jc w:val="center"/>
        </w:trPr>
        <w:tc>
          <w:tcPr>
            <w:tcW w:w="5100" w:type="dxa"/>
            <w:shd w:val="clear" w:color="auto" w:fill="F2F2F2"/>
            <w:vAlign w:val="center"/>
          </w:tcPr>
          <w:p w14:paraId="7FD92756" w14:textId="77777777" w:rsidR="00FD0BC4" w:rsidRDefault="00000000">
            <w:pPr>
              <w:spacing w:after="0"/>
            </w:pPr>
            <w:r>
              <w:rPr>
                <w:b/>
                <w:sz w:val="20"/>
              </w:rPr>
              <w:t>Numer działki w ROD</w:t>
            </w:r>
          </w:p>
        </w:tc>
        <w:tc>
          <w:tcPr>
            <w:tcW w:w="5100" w:type="dxa"/>
            <w:vAlign w:val="center"/>
          </w:tcPr>
          <w:p w14:paraId="48C70D9F" w14:textId="77777777" w:rsidR="00FD0BC4" w:rsidRPr="00271EC6" w:rsidRDefault="00000000">
            <w:pPr>
              <w:spacing w:after="0"/>
              <w:rPr>
                <w:color w:val="D9D9D9" w:themeColor="background1" w:themeShade="D9"/>
              </w:rPr>
            </w:pPr>
            <w:r w:rsidRPr="00271EC6">
              <w:rPr>
                <w:color w:val="D9D9D9" w:themeColor="background1" w:themeShade="D9"/>
                <w:sz w:val="20"/>
              </w:rPr>
              <w:t>........................................</w:t>
            </w:r>
          </w:p>
        </w:tc>
      </w:tr>
      <w:tr w:rsidR="00FD0BC4" w14:paraId="0FFDB6B6" w14:textId="77777777">
        <w:trPr>
          <w:jc w:val="center"/>
        </w:trPr>
        <w:tc>
          <w:tcPr>
            <w:tcW w:w="5100" w:type="dxa"/>
            <w:shd w:val="clear" w:color="auto" w:fill="F2F2F2"/>
            <w:vAlign w:val="center"/>
          </w:tcPr>
          <w:p w14:paraId="33D08196" w14:textId="77777777" w:rsidR="00FD0BC4" w:rsidRDefault="00000000">
            <w:pPr>
              <w:spacing w:after="0"/>
            </w:pPr>
            <w:r>
              <w:rPr>
                <w:b/>
                <w:sz w:val="20"/>
              </w:rPr>
              <w:t>Tytuł prawny do działki przysługuje</w:t>
            </w:r>
          </w:p>
        </w:tc>
        <w:tc>
          <w:tcPr>
            <w:tcW w:w="5100" w:type="dxa"/>
            <w:vAlign w:val="center"/>
          </w:tcPr>
          <w:p w14:paraId="61082198" w14:textId="77777777" w:rsidR="00FD0BC4" w:rsidRDefault="00000000">
            <w:pPr>
              <w:spacing w:after="0"/>
            </w:pPr>
            <w:r>
              <w:rPr>
                <w:sz w:val="20"/>
              </w:rPr>
              <w:t xml:space="preserve">☐ wyłącznie mnie    ☐ mnie i małżonkowi/małżonce    ☐ inne: </w:t>
            </w:r>
            <w:r w:rsidRPr="00271EC6">
              <w:rPr>
                <w:color w:val="D9D9D9" w:themeColor="background1" w:themeShade="D9"/>
                <w:sz w:val="20"/>
              </w:rPr>
              <w:t>........................................</w:t>
            </w:r>
          </w:p>
        </w:tc>
      </w:tr>
    </w:tbl>
    <w:p w14:paraId="13572C93" w14:textId="77777777" w:rsidR="00FD0BC4" w:rsidRDefault="00000000">
      <w:pPr>
        <w:spacing w:before="200"/>
      </w:pPr>
      <w:r>
        <w:rPr>
          <w:b/>
          <w:sz w:val="22"/>
        </w:rPr>
        <w:t>II. Treść oświadczenia</w:t>
      </w:r>
    </w:p>
    <w:p w14:paraId="1255CFAF" w14:textId="77777777" w:rsidR="00FD0BC4" w:rsidRDefault="00000000">
      <w:pPr>
        <w:spacing w:after="80"/>
        <w:ind w:firstLine="340"/>
        <w:jc w:val="both"/>
      </w:pPr>
      <w:r>
        <w:t>Oświadczam, że w przypadku mojej śmierci wskazuję niżej wymienioną osobę bliską jako osobę, którą proszę uwzględnić w pierwszej kolejności przy rozpatrywaniu sprawy ustanowienia prawa do działki po mojej śmierci, zgodnie z przepisami ustawy o rodzinnych ogrodach działkowych oraz regulacjami PZD.</w:t>
      </w:r>
    </w:p>
    <w:p w14:paraId="010D1C9C" w14:textId="77777777" w:rsidR="00FD0BC4" w:rsidRDefault="00000000">
      <w:pPr>
        <w:spacing w:after="80"/>
        <w:ind w:firstLine="340"/>
        <w:jc w:val="both"/>
      </w:pPr>
      <w:r>
        <w:t>Mam świadomość, że niniejsze wskazanie ma charakter informacyjny i pomocniczy dla Zarządu ROD. Nie zastępuje ono wniosku/oświadczenia, które osoba bliska powinna złożyć po śmierci działkowca w terminach przewidzianych przepisami, oraz nie rozstrzyga spraw spadkowych dotyczących własności nasadzeń, urządzeń i obiektów znajdujących się na działce.</w:t>
      </w:r>
    </w:p>
    <w:p w14:paraId="6F0F2A57" w14:textId="77777777" w:rsidR="00FD0BC4" w:rsidRDefault="00000000">
      <w:pPr>
        <w:spacing w:before="120"/>
      </w:pPr>
      <w:r>
        <w:rPr>
          <w:b/>
          <w:sz w:val="22"/>
        </w:rPr>
        <w:t>III. Dane osoby bliskiej wskazanej przez działkowca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532"/>
        <w:gridCol w:w="6884"/>
      </w:tblGrid>
      <w:tr w:rsidR="00FD0BC4" w14:paraId="54E78D4A" w14:textId="77777777">
        <w:trPr>
          <w:jc w:val="center"/>
        </w:trPr>
        <w:tc>
          <w:tcPr>
            <w:tcW w:w="5100" w:type="dxa"/>
            <w:shd w:val="clear" w:color="auto" w:fill="F2F2F2"/>
            <w:vAlign w:val="center"/>
          </w:tcPr>
          <w:p w14:paraId="33D8491D" w14:textId="77777777" w:rsidR="00FD0BC4" w:rsidRDefault="00000000">
            <w:pPr>
              <w:spacing w:after="0"/>
            </w:pPr>
            <w:r>
              <w:rPr>
                <w:b/>
                <w:sz w:val="20"/>
              </w:rPr>
              <w:t>Imię i nazwisko osoby bliskiej</w:t>
            </w:r>
          </w:p>
        </w:tc>
        <w:tc>
          <w:tcPr>
            <w:tcW w:w="5100" w:type="dxa"/>
            <w:vAlign w:val="center"/>
          </w:tcPr>
          <w:p w14:paraId="0B79A625" w14:textId="77777777" w:rsidR="00FD0BC4" w:rsidRPr="00271EC6" w:rsidRDefault="00000000">
            <w:pPr>
              <w:spacing w:after="0"/>
              <w:rPr>
                <w:color w:val="D9D9D9" w:themeColor="background1" w:themeShade="D9"/>
              </w:rPr>
            </w:pPr>
            <w:r w:rsidRPr="00271EC6">
              <w:rPr>
                <w:color w:val="D9D9D9" w:themeColor="background1" w:themeShade="D9"/>
                <w:sz w:val="20"/>
              </w:rPr>
              <w:t>........................................................................................................................</w:t>
            </w:r>
          </w:p>
        </w:tc>
      </w:tr>
      <w:tr w:rsidR="00FD0BC4" w14:paraId="1EF92535" w14:textId="77777777">
        <w:trPr>
          <w:jc w:val="center"/>
        </w:trPr>
        <w:tc>
          <w:tcPr>
            <w:tcW w:w="5100" w:type="dxa"/>
            <w:shd w:val="clear" w:color="auto" w:fill="F2F2F2"/>
            <w:vAlign w:val="center"/>
          </w:tcPr>
          <w:p w14:paraId="52244465" w14:textId="77777777" w:rsidR="00FD0BC4" w:rsidRDefault="00000000">
            <w:pPr>
              <w:spacing w:after="0"/>
            </w:pPr>
            <w:r>
              <w:rPr>
                <w:b/>
                <w:sz w:val="20"/>
              </w:rPr>
              <w:t>Adres zamieszkania</w:t>
            </w:r>
          </w:p>
        </w:tc>
        <w:tc>
          <w:tcPr>
            <w:tcW w:w="5100" w:type="dxa"/>
            <w:vAlign w:val="center"/>
          </w:tcPr>
          <w:p w14:paraId="5460C1D7" w14:textId="77777777" w:rsidR="00FD0BC4" w:rsidRPr="00271EC6" w:rsidRDefault="00000000">
            <w:pPr>
              <w:spacing w:after="0"/>
              <w:rPr>
                <w:color w:val="D9D9D9" w:themeColor="background1" w:themeShade="D9"/>
              </w:rPr>
            </w:pPr>
            <w:r w:rsidRPr="00271EC6">
              <w:rPr>
                <w:color w:val="D9D9D9" w:themeColor="background1" w:themeShade="D9"/>
                <w:sz w:val="20"/>
              </w:rPr>
              <w:t>........................................................................................................................</w:t>
            </w:r>
          </w:p>
        </w:tc>
      </w:tr>
      <w:tr w:rsidR="00FD0BC4" w14:paraId="7A6D7BF7" w14:textId="77777777">
        <w:trPr>
          <w:jc w:val="center"/>
        </w:trPr>
        <w:tc>
          <w:tcPr>
            <w:tcW w:w="5100" w:type="dxa"/>
            <w:shd w:val="clear" w:color="auto" w:fill="F2F2F2"/>
            <w:vAlign w:val="center"/>
          </w:tcPr>
          <w:p w14:paraId="57151C66" w14:textId="77777777" w:rsidR="00FD0BC4" w:rsidRDefault="00000000">
            <w:pPr>
              <w:spacing w:after="0"/>
            </w:pPr>
            <w:r>
              <w:rPr>
                <w:b/>
                <w:sz w:val="20"/>
              </w:rPr>
              <w:t>Numer telefonu / e-mail</w:t>
            </w:r>
          </w:p>
        </w:tc>
        <w:tc>
          <w:tcPr>
            <w:tcW w:w="5100" w:type="dxa"/>
            <w:vAlign w:val="center"/>
          </w:tcPr>
          <w:p w14:paraId="5FEF4D18" w14:textId="77777777" w:rsidR="00FD0BC4" w:rsidRPr="00271EC6" w:rsidRDefault="00000000">
            <w:pPr>
              <w:spacing w:after="0"/>
              <w:rPr>
                <w:color w:val="D9D9D9" w:themeColor="background1" w:themeShade="D9"/>
              </w:rPr>
            </w:pPr>
            <w:r w:rsidRPr="00271EC6">
              <w:rPr>
                <w:color w:val="D9D9D9" w:themeColor="background1" w:themeShade="D9"/>
                <w:sz w:val="20"/>
              </w:rPr>
              <w:t>........................................................................................................................</w:t>
            </w:r>
          </w:p>
        </w:tc>
      </w:tr>
      <w:tr w:rsidR="00FD0BC4" w14:paraId="638089AB" w14:textId="77777777">
        <w:trPr>
          <w:jc w:val="center"/>
        </w:trPr>
        <w:tc>
          <w:tcPr>
            <w:tcW w:w="5100" w:type="dxa"/>
            <w:shd w:val="clear" w:color="auto" w:fill="F2F2F2"/>
            <w:vAlign w:val="center"/>
          </w:tcPr>
          <w:p w14:paraId="5539A24C" w14:textId="77777777" w:rsidR="00FD0BC4" w:rsidRDefault="00000000">
            <w:pPr>
              <w:spacing w:after="0"/>
            </w:pPr>
            <w:r>
              <w:rPr>
                <w:b/>
                <w:sz w:val="20"/>
              </w:rPr>
              <w:t>Stopień pokrewieństwa / relacja</w:t>
            </w:r>
          </w:p>
        </w:tc>
        <w:tc>
          <w:tcPr>
            <w:tcW w:w="5100" w:type="dxa"/>
            <w:vAlign w:val="center"/>
          </w:tcPr>
          <w:p w14:paraId="1F142949" w14:textId="77777777" w:rsidR="00FD0BC4" w:rsidRDefault="00000000">
            <w:pPr>
              <w:spacing w:after="0"/>
            </w:pPr>
            <w:r>
              <w:rPr>
                <w:sz w:val="20"/>
              </w:rPr>
              <w:t xml:space="preserve">np. syn, córka, wnuk, wnuczka, rodzic, rodzeństwo: </w:t>
            </w:r>
            <w:r w:rsidRPr="00271EC6">
              <w:rPr>
                <w:color w:val="D9D9D9" w:themeColor="background1" w:themeShade="D9"/>
                <w:sz w:val="20"/>
              </w:rPr>
              <w:t>........................................</w:t>
            </w:r>
          </w:p>
        </w:tc>
      </w:tr>
      <w:tr w:rsidR="00FD0BC4" w14:paraId="2E92F268" w14:textId="77777777">
        <w:trPr>
          <w:jc w:val="center"/>
        </w:trPr>
        <w:tc>
          <w:tcPr>
            <w:tcW w:w="5100" w:type="dxa"/>
            <w:shd w:val="clear" w:color="auto" w:fill="F2F2F2"/>
            <w:vAlign w:val="center"/>
          </w:tcPr>
          <w:p w14:paraId="552E4F25" w14:textId="77777777" w:rsidR="00FD0BC4" w:rsidRDefault="00000000">
            <w:pPr>
              <w:spacing w:after="0"/>
            </w:pPr>
            <w:r>
              <w:rPr>
                <w:b/>
                <w:sz w:val="20"/>
              </w:rPr>
              <w:t>Czy osoba korzystała z działki razem z działkowcem?</w:t>
            </w:r>
          </w:p>
        </w:tc>
        <w:tc>
          <w:tcPr>
            <w:tcW w:w="5100" w:type="dxa"/>
            <w:vAlign w:val="center"/>
          </w:tcPr>
          <w:p w14:paraId="6C9F191A" w14:textId="77777777" w:rsidR="00FD0BC4" w:rsidRDefault="00000000">
            <w:pPr>
              <w:spacing w:after="0"/>
            </w:pPr>
            <w:r>
              <w:rPr>
                <w:sz w:val="20"/>
              </w:rPr>
              <w:t>☐ tak    ☐ nie    ☐ sporadycznie</w:t>
            </w:r>
          </w:p>
        </w:tc>
      </w:tr>
      <w:tr w:rsidR="00FD0BC4" w14:paraId="752BC46D" w14:textId="77777777">
        <w:trPr>
          <w:jc w:val="center"/>
        </w:trPr>
        <w:tc>
          <w:tcPr>
            <w:tcW w:w="5100" w:type="dxa"/>
            <w:shd w:val="clear" w:color="auto" w:fill="F2F2F2"/>
            <w:vAlign w:val="center"/>
          </w:tcPr>
          <w:p w14:paraId="566A5247" w14:textId="77777777" w:rsidR="00FD0BC4" w:rsidRDefault="00000000">
            <w:pPr>
              <w:spacing w:after="0"/>
            </w:pPr>
            <w:r>
              <w:rPr>
                <w:b/>
                <w:sz w:val="20"/>
              </w:rPr>
              <w:t>Uwagi dodatkowe</w:t>
            </w:r>
          </w:p>
        </w:tc>
        <w:tc>
          <w:tcPr>
            <w:tcW w:w="5100" w:type="dxa"/>
            <w:vAlign w:val="center"/>
          </w:tcPr>
          <w:p w14:paraId="47E3471B" w14:textId="77777777" w:rsidR="00FD0BC4" w:rsidRDefault="00000000">
            <w:pPr>
              <w:spacing w:after="0"/>
            </w:pPr>
            <w:r w:rsidRPr="00271EC6">
              <w:rPr>
                <w:color w:val="D9D9D9" w:themeColor="background1" w:themeShade="D9"/>
                <w:sz w:val="20"/>
              </w:rPr>
              <w:t>........................................................................................................................</w:t>
            </w:r>
          </w:p>
        </w:tc>
      </w:tr>
    </w:tbl>
    <w:p w14:paraId="2B1B7FD6" w14:textId="77777777" w:rsidR="00FD0BC4" w:rsidRDefault="00000000">
      <w:pPr>
        <w:spacing w:before="200"/>
      </w:pPr>
      <w:r>
        <w:rPr>
          <w:b/>
          <w:sz w:val="22"/>
        </w:rPr>
        <w:t>IV. Oświadczenia końcowe</w:t>
      </w:r>
    </w:p>
    <w:p w14:paraId="5904007E" w14:textId="77777777" w:rsidR="00FD0BC4" w:rsidRDefault="00000000">
      <w:pPr>
        <w:spacing w:after="40"/>
        <w:ind w:left="227" w:hanging="227"/>
      </w:pPr>
      <w:r>
        <w:rPr>
          <w:b/>
        </w:rPr>
        <w:t xml:space="preserve">☐ </w:t>
      </w:r>
      <w:r>
        <w:t>Oświadczam, że osoba wskazana powyżej jest osobą bliską w rozumieniu przepisów dotyczących rodzinnych ogrodów działkowych.</w:t>
      </w:r>
    </w:p>
    <w:p w14:paraId="0993D41E" w14:textId="77777777" w:rsidR="00FD0BC4" w:rsidRDefault="00000000">
      <w:pPr>
        <w:spacing w:after="40"/>
        <w:ind w:left="227" w:hanging="227"/>
      </w:pPr>
      <w:r>
        <w:rPr>
          <w:b/>
        </w:rPr>
        <w:t xml:space="preserve">☐ </w:t>
      </w:r>
      <w:r>
        <w:t>Przyjmuję do wiadomości, że po mojej śmierci osoba bliska powinna samodzielnie zgłosić roszczenie/wniosek do Zarządu ROD i przedłożyć wymagane dokumenty, w szczególności dokument potwierdzający śmierć działkowca oraz dokumenty potwierdzające relację rodzinną, jeżeli Zarząd ROD ich zażąda.</w:t>
      </w:r>
    </w:p>
    <w:p w14:paraId="073D3D6C" w14:textId="77777777" w:rsidR="00FD0BC4" w:rsidRDefault="00000000">
      <w:pPr>
        <w:spacing w:after="40"/>
        <w:ind w:left="227" w:hanging="227"/>
      </w:pPr>
      <w:r>
        <w:rPr>
          <w:b/>
        </w:rPr>
        <w:t xml:space="preserve">☐ </w:t>
      </w:r>
      <w:r>
        <w:t>Przyjmuję do wiadomości, że w przypadku zgłoszenia się kilku osób bliskich sprawa może wymagać rozstrzygnięcia w trybie przewidzianym przepisami prawa.</w:t>
      </w:r>
    </w:p>
    <w:p w14:paraId="536A0664" w14:textId="77777777" w:rsidR="00FD0BC4" w:rsidRDefault="00000000">
      <w:pPr>
        <w:spacing w:after="40"/>
        <w:ind w:left="227" w:hanging="227"/>
      </w:pPr>
      <w:r>
        <w:rPr>
          <w:b/>
        </w:rPr>
        <w:t xml:space="preserve">☐ </w:t>
      </w:r>
      <w:r>
        <w:t>Wyrażam zgodę na dołączenie niniejszego oświadczenia do dokumentacji działki prowadzonej przez Zarząd ROD.</w:t>
      </w:r>
    </w:p>
    <w:p w14:paraId="2583FFF9" w14:textId="77777777" w:rsidR="00FD0BC4" w:rsidRDefault="00FD0BC4">
      <w:pPr>
        <w:spacing w:before="3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FD0BC4" w14:paraId="6FC25D15" w14:textId="77777777">
        <w:trPr>
          <w:jc w:val="center"/>
        </w:trPr>
        <w:tc>
          <w:tcPr>
            <w:tcW w:w="5100" w:type="dxa"/>
            <w:vAlign w:val="bottom"/>
          </w:tcPr>
          <w:p w14:paraId="53FFBE89" w14:textId="77777777" w:rsidR="00FD0BC4" w:rsidRDefault="00000000">
            <w:pPr>
              <w:jc w:val="center"/>
            </w:pPr>
            <w:r>
              <w:rPr>
                <w:sz w:val="20"/>
              </w:rPr>
              <w:t>............................................................</w:t>
            </w:r>
            <w:r>
              <w:rPr>
                <w:sz w:val="20"/>
              </w:rPr>
              <w:br/>
            </w:r>
            <w:r>
              <w:rPr>
                <w:sz w:val="18"/>
              </w:rPr>
              <w:t>czytelny podpis działkowca</w:t>
            </w:r>
          </w:p>
        </w:tc>
        <w:tc>
          <w:tcPr>
            <w:tcW w:w="5100" w:type="dxa"/>
            <w:vAlign w:val="bottom"/>
          </w:tcPr>
          <w:p w14:paraId="153D67C3" w14:textId="77777777" w:rsidR="00FD0BC4" w:rsidRDefault="00000000">
            <w:pPr>
              <w:jc w:val="center"/>
            </w:pPr>
            <w:r>
              <w:rPr>
                <w:sz w:val="20"/>
              </w:rPr>
              <w:t>............................................................</w:t>
            </w:r>
            <w:r>
              <w:rPr>
                <w:sz w:val="20"/>
              </w:rPr>
              <w:br/>
            </w:r>
            <w:r>
              <w:rPr>
                <w:sz w:val="18"/>
              </w:rPr>
              <w:t>data wpływu i podpis osoby przyjmującej w ROD</w:t>
            </w:r>
          </w:p>
        </w:tc>
      </w:tr>
    </w:tbl>
    <w:p w14:paraId="0E79E625" w14:textId="77777777" w:rsidR="00FD0BC4" w:rsidRDefault="00000000">
      <w:pPr>
        <w:spacing w:before="280"/>
      </w:pPr>
      <w:r>
        <w:rPr>
          <w:b/>
          <w:sz w:val="20"/>
        </w:rPr>
        <w:t>Informacja dla Zarządu ROD / osoby przyjmującej dokument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0200"/>
      </w:tblGrid>
      <w:tr w:rsidR="00FD0BC4" w14:paraId="1AEA37AB" w14:textId="77777777">
        <w:tc>
          <w:tcPr>
            <w:tcW w:w="10200" w:type="dxa"/>
            <w:shd w:val="clear" w:color="auto" w:fill="FFF7E6"/>
          </w:tcPr>
          <w:p w14:paraId="757EC220" w14:textId="77777777" w:rsidR="00FD0BC4" w:rsidRDefault="00000000">
            <w:pPr>
              <w:spacing w:after="0"/>
            </w:pPr>
            <w:r>
              <w:rPr>
                <w:sz w:val="18"/>
              </w:rPr>
              <w:t>Dokument należy przyjąć do akt działki. Zaleca się potwierdzić wpływ dokumentu na kopii dla działkowca. Wskazanie nie zwalnia osoby bliskiej z obowiązku dochowania terminów i złożenia właściwego wniosku/oświadczenia po śmierci działkowca.</w:t>
            </w:r>
          </w:p>
        </w:tc>
      </w:tr>
    </w:tbl>
    <w:p w14:paraId="26666048" w14:textId="77777777" w:rsidR="00FD0BC4" w:rsidRDefault="00000000">
      <w:pPr>
        <w:spacing w:before="160"/>
      </w:pPr>
      <w:r>
        <w:rPr>
          <w:i/>
          <w:sz w:val="16"/>
        </w:rPr>
        <w:t>Podstawa informacyjna: art. 38 ustawy o rodzinnych ogrodach działkowych; definicja osoby bliskiej zgodnie z ustawą o ROD. Dokument ma charakter wzoru pomocniczego do uzupełnienia przez ROD.</w:t>
      </w:r>
    </w:p>
    <w:sectPr w:rsidR="00FD0BC4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3653455">
    <w:abstractNumId w:val="8"/>
  </w:num>
  <w:num w:numId="2" w16cid:durableId="844367019">
    <w:abstractNumId w:val="6"/>
  </w:num>
  <w:num w:numId="3" w16cid:durableId="559022730">
    <w:abstractNumId w:val="5"/>
  </w:num>
  <w:num w:numId="4" w16cid:durableId="1948536141">
    <w:abstractNumId w:val="4"/>
  </w:num>
  <w:num w:numId="5" w16cid:durableId="665591605">
    <w:abstractNumId w:val="7"/>
  </w:num>
  <w:num w:numId="6" w16cid:durableId="1560247766">
    <w:abstractNumId w:val="3"/>
  </w:num>
  <w:num w:numId="7" w16cid:durableId="1503858776">
    <w:abstractNumId w:val="2"/>
  </w:num>
  <w:num w:numId="8" w16cid:durableId="436099289">
    <w:abstractNumId w:val="1"/>
  </w:num>
  <w:num w:numId="9" w16cid:durableId="498236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1EC6"/>
    <w:rsid w:val="0029639D"/>
    <w:rsid w:val="00326F90"/>
    <w:rsid w:val="006D60C2"/>
    <w:rsid w:val="00AA1D8D"/>
    <w:rsid w:val="00B47730"/>
    <w:rsid w:val="00CB0664"/>
    <w:rsid w:val="00FC693F"/>
    <w:rsid w:val="00FD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093B1"/>
  <w14:defaultImageDpi w14:val="300"/>
  <w15:docId w15:val="{33F33167-4BF4-48DC-A7A7-565D60BC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Sebastian Putra</cp:lastModifiedBy>
  <cp:revision>2</cp:revision>
  <dcterms:created xsi:type="dcterms:W3CDTF">2013-12-23T23:15:00Z</dcterms:created>
  <dcterms:modified xsi:type="dcterms:W3CDTF">2026-07-08T11:22:00Z</dcterms:modified>
  <cp:category/>
</cp:coreProperties>
</file>